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Chaitanya Bhardwaj</w:t>
      </w:r>
    </w:p>
    <w:p>
      <w:pPr>
        <w:spacing w:after="40"/>
      </w:pPr>
      <w:r>
        <w:rPr>
          <w:b w:val="0"/>
        </w:rPr>
        <w:t>+91 6203349189  |  chaitanya.2502051805@muj.manipal.edu</w:t>
      </w:r>
    </w:p>
    <w:p>
      <w:r>
        <w:rPr>
          <w:b w:val="0"/>
        </w:rPr>
      </w:r>
      <w:hyperlink r:id="rId9">
        <w:r>
          <w:rPr>
            <w:color w:val="000000"/>
            <w:u w:val="single"/>
          </w:rPr>
          <w:t>github.com/chaitanya-bhardwaj</w:t>
        </w:r>
      </w:hyperlink>
      <w:r>
        <w:t xml:space="preserve">  |  </w:t>
      </w:r>
      <w:hyperlink r:id="rId10">
        <w:r>
          <w:rPr>
            <w:color w:val="000000"/>
            <w:u w:val="single"/>
          </w:rPr>
          <w:t>LinkedIn</w:t>
        </w:r>
      </w:hyperlink>
    </w:p>
    <w:p>
      <w:pPr>
        <w:pStyle w:val="Heading1"/>
      </w:pPr>
      <w:r>
        <w:t>Education</w:t>
      </w:r>
    </w:p>
    <w:p>
      <w:r>
        <w:rPr>
          <w:b/>
        </w:rPr>
        <w:t>Manipal University Jaipur</w:t>
      </w:r>
      <w:r>
        <w:t xml:space="preserve">  |  2029</w:t>
      </w:r>
    </w:p>
    <w:p>
      <w:r>
        <w:rPr>
          <w:b w:val="0"/>
        </w:rPr>
        <w:t>B.Tech in Computer Science and Engineering  |  CGPA 8.74</w:t>
      </w:r>
    </w:p>
    <w:p>
      <w:pPr>
        <w:pStyle w:val="Heading1"/>
      </w:pPr>
      <w:r>
        <w:t>Technical Skills</w:t>
      </w:r>
    </w:p>
    <w:p>
      <w:r>
        <w:rPr>
          <w:b w:val="0"/>
        </w:rPr>
      </w:r>
      <w:r>
        <w:rPr>
          <w:b/>
        </w:rPr>
        <w:t xml:space="preserve">Languages: </w:t>
      </w:r>
      <w:r>
        <w:t>C++, C, Python, JavaScript, TypeScript</w:t>
      </w:r>
    </w:p>
    <w:p>
      <w:r>
        <w:rPr>
          <w:b w:val="0"/>
        </w:rPr>
      </w:r>
      <w:r>
        <w:rPr>
          <w:b/>
        </w:rPr>
        <w:t xml:space="preserve">Development: </w:t>
      </w:r>
      <w:r>
        <w:t>React, Node.js, Express, FastAPI, HTML, CSS, REST APIs</w:t>
      </w:r>
    </w:p>
    <w:p>
      <w:r>
        <w:rPr>
          <w:b w:val="0"/>
        </w:rPr>
      </w:r>
      <w:r>
        <w:rPr>
          <w:b/>
        </w:rPr>
        <w:t xml:space="preserve">Databases: </w:t>
      </w:r>
      <w:r>
        <w:t>MongoDB, PostgreSQL, Supabase, ChromaDB</w:t>
      </w:r>
    </w:p>
    <w:p>
      <w:r>
        <w:rPr>
          <w:b w:val="0"/>
        </w:rPr>
      </w:r>
      <w:r>
        <w:rPr>
          <w:b/>
        </w:rPr>
        <w:t xml:space="preserve">AI and ML: </w:t>
      </w:r>
      <w:r>
        <w:t>RAG, agent tool calling, Ollama; basic ML and computer vision</w:t>
      </w:r>
    </w:p>
    <w:p>
      <w:r>
        <w:rPr>
          <w:b w:val="0"/>
        </w:rPr>
      </w:r>
      <w:r>
        <w:rPr>
          <w:b/>
        </w:rPr>
        <w:t xml:space="preserve">Tools: </w:t>
      </w:r>
      <w:r>
        <w:t>Git, pytest, Jest, Vite, Vercel</w:t>
      </w:r>
    </w:p>
    <w:p>
      <w:pPr>
        <w:pStyle w:val="Heading1"/>
      </w:pPr>
      <w:r>
        <w:t>Activities</w:t>
      </w:r>
    </w:p>
    <w:p>
      <w:r>
        <w:rPr>
          <w:b/>
        </w:rPr>
        <w:t>IEEE Computer Society</w:t>
      </w:r>
      <w:r>
        <w:t xml:space="preserve">  |  Senior Coordinator, Technical Team</w:t>
      </w:r>
    </w:p>
    <w:p>
      <w:pPr>
        <w:pStyle w:val="Heading1"/>
      </w:pPr>
      <w:r>
        <w:t>Open Source Contributions</w:t>
      </w:r>
    </w:p>
    <w:p>
      <w:pPr>
        <w:keepNext/>
      </w:pPr>
      <w:r>
        <w:rPr>
          <w:b/>
        </w:rPr>
        <w:t>LFortran</w:t>
      </w:r>
      <w:r>
        <w:rPr>
          <w:b w:val="0"/>
        </w:rPr>
        <w:t xml:space="preserve">  |  Fortran-lang, a GSoC organization  |  Contributor</w:t>
      </w:r>
    </w:p>
    <w:p>
      <w:pPr>
        <w:pStyle w:val="ListBullet"/>
        <w:ind w:left="202" w:hanging="202"/>
      </w:pPr>
      <w:r>
        <w:t>Contributed 8 merged pull requests to the upstream compiler, covering bug fixes, compiler correctness and regression tests.</w:t>
      </w:r>
    </w:p>
    <w:p>
      <w:pPr>
        <w:pStyle w:val="ListBullet"/>
        <w:ind w:left="202" w:hanging="202"/>
      </w:pPr>
      <w:r>
        <w:t>Reproduced reported issues, validated changes across compiler configurations and worked through maintainer feedback and CI checks.</w:t>
      </w:r>
    </w:p>
    <w:p>
      <w:r>
        <w:rPr>
          <w:b w:val="0"/>
        </w:rPr>
      </w:r>
      <w:hyperlink r:id="rId11">
        <w:r>
          <w:rPr>
            <w:color w:val="000000"/>
            <w:u w:val="single"/>
          </w:rPr>
          <w:t>LFortran contributions</w:t>
        </w:r>
      </w:hyperlink>
    </w:p>
    <w:p>
      <w:r>
        <w:rPr>
          <w:b/>
        </w:rPr>
        <w:t>Other open source contributions</w:t>
      </w:r>
    </w:p>
    <w:p>
      <w:pPr>
        <w:pStyle w:val="ListBullet"/>
        <w:ind w:left="202" w:hanging="202"/>
      </w:pPr>
      <w:r>
        <w:t>Merged PRs in Processing 4, Fortran-lang stdlib, FOSSASIA Eventyay and FreeCAD, contributing to projects across GSoC organizations.</w:t>
      </w:r>
    </w:p>
    <w:p>
      <w:r>
        <w:rPr>
          <w:b w:val="0"/>
        </w:rPr>
      </w:r>
      <w:hyperlink r:id="rId12">
        <w:r>
          <w:rPr>
            <w:color w:val="000000"/>
            <w:u w:val="single"/>
          </w:rPr>
          <w:t>Merged GitHub pull requests</w:t>
        </w:r>
      </w:hyperlink>
    </w:p>
    <w:p>
      <w:pPr>
        <w:pStyle w:val="Heading1"/>
      </w:pPr>
      <w:r>
        <w:t>Selected Projects</w:t>
      </w:r>
    </w:p>
    <w:p>
      <w:pPr>
        <w:keepNext/>
      </w:pPr>
      <w:r>
        <w:rPr>
          <w:b/>
        </w:rPr>
        <w:t>SummitSphere</w:t>
      </w:r>
      <w:r>
        <w:rPr>
          <w:b w:val="0"/>
        </w:rPr>
        <w:t xml:space="preserve">  |  React, Node.js, Express, MongoDB</w:t>
      </w:r>
      <w:r>
        <w:t xml:space="preserve">  |  </w:t>
      </w:r>
      <w:hyperlink r:id="rId13">
        <w:r>
          <w:rPr>
            <w:color w:val="000000"/>
            <w:u w:val="single"/>
          </w:rPr>
          <w:t>Code</w:t>
        </w:r>
      </w:hyperlink>
    </w:p>
    <w:p>
      <w:r>
        <w:rPr>
          <w:b w:val="0"/>
        </w:rPr>
        <w:t xml:space="preserve">Project: </w:t>
      </w:r>
      <w:hyperlink r:id="rId14">
        <w:r>
          <w:rPr>
            <w:color w:val="000000"/>
            <w:u w:val="single"/>
          </w:rPr>
          <w:t>summitsphere-gamma.vercel.app</w:t>
        </w:r>
      </w:hyperlink>
      <w:r>
        <w:t xml:space="preserve"> (Allow 20 seconds for the backend to load and connect.)</w:t>
      </w:r>
    </w:p>
    <w:p>
      <w:pPr>
        <w:pStyle w:val="ListBullet"/>
        <w:ind w:left="202" w:hanging="202"/>
      </w:pPr>
      <w:r>
        <w:t>Built and deployed a full-stack trekking platform with bookings, community reviews, saved treks and admin moderation; implemented JWT authentication and bcrypt password hashing.</w:t>
      </w:r>
    </w:p>
    <w:p>
      <w:pPr>
        <w:pStyle w:val="ListBullet"/>
        <w:ind w:left="202" w:hanging="202"/>
      </w:pPr>
      <w:r>
        <w:t>Implemented MongoDB geospatial queries for nearby treks and filters for difficulty, state and duration; integrated Leaflet maps and trail-specific weather forecasts.</w:t>
      </w:r>
    </w:p>
    <w:p>
      <w:pPr>
        <w:pStyle w:val="ListBullet"/>
        <w:ind w:left="202" w:hanging="202"/>
      </w:pPr>
      <w:r>
        <w:t>Added Cloudinary image uploads, booking emails and downloadable PDF expedition guides; deployed the frontend on Vercel.</w:t>
      </w:r>
    </w:p>
    <w:p>
      <w:pPr>
        <w:keepNext/>
      </w:pPr>
      <w:r>
        <w:rPr>
          <w:b/>
        </w:rPr>
        <w:t>Citadel Workspace</w:t>
      </w:r>
      <w:r>
        <w:rPr>
          <w:b w:val="0"/>
        </w:rPr>
        <w:t xml:space="preserve">  |  SIH 2026  |  Python, FastAPI, Ollama, ChromaDB</w:t>
      </w:r>
      <w:r>
        <w:t xml:space="preserve">  |  </w:t>
      </w:r>
      <w:hyperlink r:id="rId15">
        <w:r>
          <w:rPr>
            <w:color w:val="000000"/>
            <w:u w:val="single"/>
          </w:rPr>
          <w:t>Code</w:t>
        </w:r>
      </w:hyperlink>
    </w:p>
    <w:p>
      <w:pPr>
        <w:pStyle w:val="ListBullet"/>
        <w:ind w:left="202" w:hanging="202"/>
      </w:pPr>
      <w:r>
        <w:t>Built the backend and agent runtime for a local AI workbench, routing text, code and image tasks to specialized Ollama models through configurable rules.</w:t>
      </w:r>
    </w:p>
    <w:p>
      <w:pPr>
        <w:pStyle w:val="ListBullet"/>
        <w:ind w:left="202" w:hanging="202"/>
      </w:pPr>
      <w:r>
        <w:t>Implemented a bounded tool-calling loop for document retrieval, Python execution and Word export; streamed tokens and tool events over SSE and persisted session history.</w:t>
      </w:r>
    </w:p>
    <w:p>
      <w:pPr>
        <w:pStyle w:val="ListBullet"/>
        <w:ind w:left="202" w:hanging="202"/>
      </w:pPr>
      <w:r>
        <w:t>Integrated a local RAG pipeline using document ingestion, embeddings and ChromaDB retrieval with source metadata; added tests for routing, tool dispatch, streaming and retrieval.</w:t>
      </w:r>
    </w:p>
    <w:sectPr w:rsidR="00FC693F" w:rsidRPr="0006063C" w:rsidSect="00034616">
      <w:pgSz w:w="11909" w:h="16834"/>
      <w:pgMar w:top="893" w:right="1008" w:bottom="893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0" w:lineRule="auto"/>
    </w:pPr>
    <w:rPr>
      <w:rFonts w:ascii="Calibri" w:hAnsi="Calibri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80" w:line="250" w:lineRule="auto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2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60" w:line="250" w:lineRule="auto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60" w:line="250" w:lineRule="auto"/>
      <w:contextualSpacing/>
    </w:pPr>
    <w:rPr>
      <w:rFonts w:asciiTheme="majorHAnsi" w:eastAsiaTheme="majorEastAsia" w:hAnsiTheme="majorHAnsi" w:cstheme="majorBidi" w:ascii="Calibri" w:hAnsi="Calibri"/>
      <w:b/>
      <w:color w:val="000000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 w:line="250" w:lineRule="auto"/>
      <w:contextualSpacing/>
    </w:pPr>
    <w:rPr>
      <w:rFonts w:ascii="Calibri" w:hAnsi="Calibri"/>
      <w:color w:val="000000"/>
      <w:sz w:val="21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github.com/chaitanya-bhardwaj" TargetMode="External"/><Relationship Id="rId10" Type="http://schemas.openxmlformats.org/officeDocument/2006/relationships/hyperlink" Target="https://www.linkedin.com/in/chaitanya-bhardwaj-1a1a81372/" TargetMode="External"/><Relationship Id="rId11" Type="http://schemas.openxmlformats.org/officeDocument/2006/relationships/hyperlink" Target="https://github.com/lfortran/lfortran/pulls?q=is%3Apr+author%3Achaitanya-bhardwaj+is%3Amerged" TargetMode="External"/><Relationship Id="rId12" Type="http://schemas.openxmlformats.org/officeDocument/2006/relationships/hyperlink" Target="https://github.com/search?q=author%3Achaitanya-bhardwaj+is%3Apr+is%3Amerged&amp;type=pullrequests" TargetMode="External"/><Relationship Id="rId13" Type="http://schemas.openxmlformats.org/officeDocument/2006/relationships/hyperlink" Target="https://github.com/chaitanya-bhardwaj/SummitSphere" TargetMode="External"/><Relationship Id="rId14" Type="http://schemas.openxmlformats.org/officeDocument/2006/relationships/hyperlink" Target="https://summitsphere-gamma.vercel.app/" TargetMode="External"/><Relationship Id="rId15" Type="http://schemas.openxmlformats.org/officeDocument/2006/relationships/hyperlink" Target="https://github.com/chaitanya-bhardwaj/SIH_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Chaitanya Bhardwaj Resume</dc:title>
  <dc:subject>Software engineering internships and graduate roles</dc:subject>
  <dc:creator>Chaitanya Bhardwaj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